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4B541" w14:textId="77777777" w:rsidR="000C2729" w:rsidRPr="00C9190F" w:rsidRDefault="00000000">
      <w:pPr>
        <w:jc w:val="center"/>
        <w:rPr>
          <w:lang w:val="nb-NO"/>
        </w:rPr>
      </w:pPr>
      <w:r w:rsidRPr="00C9190F">
        <w:rPr>
          <w:b/>
          <w:sz w:val="40"/>
          <w:lang w:val="nb-NO"/>
        </w:rPr>
        <w:t>REFERAT - ELEVRÅD</w:t>
      </w:r>
    </w:p>
    <w:p w14:paraId="58097CE4" w14:textId="669BA564" w:rsidR="00C9190F" w:rsidRPr="00C9190F" w:rsidRDefault="00C9190F" w:rsidP="00C9190F">
      <w:pPr>
        <w:rPr>
          <w:lang w:val="nb-NO"/>
        </w:rPr>
      </w:pPr>
    </w:p>
    <w:p w14:paraId="7F09268B" w14:textId="77777777" w:rsidR="00C9190F" w:rsidRPr="00C9190F" w:rsidRDefault="00C9190F" w:rsidP="00C9190F">
      <w:pPr>
        <w:rPr>
          <w:lang w:val="nb-NO"/>
        </w:rPr>
      </w:pPr>
      <w:r w:rsidRPr="00C9190F">
        <w:rPr>
          <w:lang w:val="nb-NO"/>
        </w:rPr>
        <w:t> 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6"/>
        <w:gridCol w:w="1752"/>
        <w:gridCol w:w="851"/>
        <w:gridCol w:w="1439"/>
        <w:gridCol w:w="1232"/>
        <w:gridCol w:w="2120"/>
      </w:tblGrid>
      <w:tr w:rsidR="00C9190F" w:rsidRPr="00C9190F" w14:paraId="790113DD" w14:textId="77777777" w:rsidTr="00C9190F">
        <w:trPr>
          <w:trHeight w:val="285"/>
        </w:trPr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hideMark/>
          </w:tcPr>
          <w:p w14:paraId="1D189C08" w14:textId="77777777" w:rsidR="00C9190F" w:rsidRPr="00C9190F" w:rsidRDefault="00C9190F" w:rsidP="00C9190F">
            <w:pPr>
              <w:rPr>
                <w:lang w:val="nb-NO"/>
              </w:rPr>
            </w:pPr>
            <w:proofErr w:type="spellStart"/>
            <w:r w:rsidRPr="00C9190F">
              <w:rPr>
                <w:b/>
                <w:bCs/>
              </w:rPr>
              <w:t>Møtedato</w:t>
            </w:r>
            <w:proofErr w:type="spellEnd"/>
            <w:r w:rsidRPr="00C9190F">
              <w:t> </w:t>
            </w:r>
            <w:r w:rsidRPr="00C9190F">
              <w:rPr>
                <w:lang w:val="nb-NO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</w:tcPr>
          <w:p w14:paraId="5426AA5C" w14:textId="3AD80B4F" w:rsidR="00C9190F" w:rsidRPr="00C9190F" w:rsidRDefault="00EA6F0D" w:rsidP="00C9190F">
            <w:pPr>
              <w:rPr>
                <w:lang w:val="nb-NO"/>
              </w:rPr>
            </w:pPr>
            <w:r>
              <w:rPr>
                <w:lang w:val="nb-NO"/>
              </w:rPr>
              <w:t>28.08.26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hideMark/>
          </w:tcPr>
          <w:p w14:paraId="6A6261E3" w14:textId="77777777" w:rsidR="00C9190F" w:rsidRPr="00C9190F" w:rsidRDefault="00C9190F" w:rsidP="00C9190F">
            <w:pPr>
              <w:rPr>
                <w:lang w:val="nb-NO"/>
              </w:rPr>
            </w:pPr>
            <w:proofErr w:type="spellStart"/>
            <w:r w:rsidRPr="00C9190F">
              <w:rPr>
                <w:b/>
                <w:bCs/>
              </w:rPr>
              <w:t>Tid</w:t>
            </w:r>
            <w:proofErr w:type="spellEnd"/>
            <w:r w:rsidRPr="00C9190F">
              <w:rPr>
                <w:b/>
                <w:bCs/>
              </w:rPr>
              <w:t>:</w:t>
            </w:r>
            <w:r w:rsidRPr="00C9190F">
              <w:t> </w:t>
            </w:r>
            <w:r w:rsidRPr="00C9190F">
              <w:rPr>
                <w:lang w:val="nb-NO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hideMark/>
          </w:tcPr>
          <w:p w14:paraId="5B5232D4" w14:textId="67929391" w:rsidR="00C9190F" w:rsidRPr="00C9190F" w:rsidRDefault="00C9190F" w:rsidP="00C9190F">
            <w:pPr>
              <w:rPr>
                <w:lang w:val="nb-NO"/>
              </w:rPr>
            </w:pPr>
            <w:r w:rsidRPr="00C9190F">
              <w:rPr>
                <w:lang w:val="nb-NO"/>
              </w:rPr>
              <w:t>  </w:t>
            </w:r>
            <w:r w:rsidR="00EA6F0D">
              <w:rPr>
                <w:lang w:val="nb-NO"/>
              </w:rPr>
              <w:t>10-10.30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hideMark/>
          </w:tcPr>
          <w:p w14:paraId="7B74E865" w14:textId="77777777" w:rsidR="00C9190F" w:rsidRPr="00C9190F" w:rsidRDefault="00C9190F" w:rsidP="00C9190F">
            <w:pPr>
              <w:rPr>
                <w:lang w:val="nb-NO"/>
              </w:rPr>
            </w:pPr>
            <w:proofErr w:type="spellStart"/>
            <w:r w:rsidRPr="00C9190F">
              <w:rPr>
                <w:b/>
                <w:bCs/>
              </w:rPr>
              <w:t>Møtested</w:t>
            </w:r>
            <w:proofErr w:type="spellEnd"/>
            <w:r w:rsidRPr="00C9190F">
              <w:rPr>
                <w:b/>
                <w:bCs/>
              </w:rPr>
              <w:t>:</w:t>
            </w:r>
            <w:r w:rsidRPr="00C9190F">
              <w:t> </w:t>
            </w:r>
            <w:r w:rsidRPr="00C9190F">
              <w:rPr>
                <w:lang w:val="nb-NO"/>
              </w:rPr>
              <w:t> 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F0474C9" w14:textId="77777777" w:rsidR="00C9190F" w:rsidRPr="00C9190F" w:rsidRDefault="00C9190F" w:rsidP="00C9190F">
            <w:pPr>
              <w:rPr>
                <w:lang w:val="nb-NO"/>
              </w:rPr>
            </w:pPr>
            <w:r w:rsidRPr="00C9190F">
              <w:rPr>
                <w:lang w:val="nb-NO"/>
              </w:rPr>
              <w:t> TPO-rom </w:t>
            </w:r>
          </w:p>
        </w:tc>
      </w:tr>
      <w:tr w:rsidR="00C9190F" w:rsidRPr="00EA6F0D" w14:paraId="1F52D34F" w14:textId="77777777" w:rsidTr="00C9190F">
        <w:trPr>
          <w:trHeight w:val="285"/>
        </w:trPr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hideMark/>
          </w:tcPr>
          <w:p w14:paraId="3964051D" w14:textId="77777777" w:rsidR="00C9190F" w:rsidRPr="00C9190F" w:rsidRDefault="00C9190F" w:rsidP="00C9190F">
            <w:pPr>
              <w:rPr>
                <w:lang w:val="nb-NO"/>
              </w:rPr>
            </w:pPr>
            <w:r w:rsidRPr="00C9190F">
              <w:rPr>
                <w:b/>
                <w:bCs/>
              </w:rPr>
              <w:t>Til </w:t>
            </w:r>
            <w:proofErr w:type="spellStart"/>
            <w:r w:rsidRPr="00C9190F">
              <w:rPr>
                <w:b/>
                <w:bCs/>
              </w:rPr>
              <w:t>stede</w:t>
            </w:r>
            <w:proofErr w:type="spellEnd"/>
            <w:r w:rsidRPr="00C9190F">
              <w:rPr>
                <w:b/>
                <w:bCs/>
              </w:rPr>
              <w:t>:</w:t>
            </w:r>
            <w:r w:rsidRPr="00C9190F">
              <w:t> </w:t>
            </w:r>
            <w:r w:rsidRPr="00C9190F">
              <w:rPr>
                <w:lang w:val="nb-NO"/>
              </w:rPr>
              <w:t> </w:t>
            </w:r>
          </w:p>
        </w:tc>
        <w:tc>
          <w:tcPr>
            <w:tcW w:w="778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D24FEE1" w14:textId="0259FE9F" w:rsidR="00C9190F" w:rsidRPr="00EA6F0D" w:rsidRDefault="00EA6F0D" w:rsidP="00C9190F">
            <w:pPr>
              <w:rPr>
                <w:lang w:val="nb-NO"/>
              </w:rPr>
            </w:pPr>
            <w:proofErr w:type="spellStart"/>
            <w:r w:rsidRPr="00EA6F0D">
              <w:rPr>
                <w:lang w:val="nb-NO"/>
              </w:rPr>
              <w:t>Olivie</w:t>
            </w:r>
            <w:proofErr w:type="spellEnd"/>
            <w:r w:rsidRPr="00EA6F0D">
              <w:rPr>
                <w:lang w:val="nb-NO"/>
              </w:rPr>
              <w:t xml:space="preserve">, Bjørn Andre, </w:t>
            </w:r>
            <w:proofErr w:type="spellStart"/>
            <w:r w:rsidRPr="00EA6F0D">
              <w:rPr>
                <w:lang w:val="nb-NO"/>
              </w:rPr>
              <w:t>Thilo</w:t>
            </w:r>
            <w:proofErr w:type="spellEnd"/>
            <w:r w:rsidRPr="00EA6F0D">
              <w:rPr>
                <w:lang w:val="nb-NO"/>
              </w:rPr>
              <w:t xml:space="preserve">, Alfred, Emil, </w:t>
            </w:r>
            <w:proofErr w:type="spellStart"/>
            <w:r w:rsidRPr="00EA6F0D">
              <w:rPr>
                <w:lang w:val="nb-NO"/>
              </w:rPr>
              <w:t>E</w:t>
            </w:r>
            <w:r>
              <w:rPr>
                <w:lang w:val="nb-NO"/>
              </w:rPr>
              <w:t>llie</w:t>
            </w:r>
            <w:proofErr w:type="spellEnd"/>
            <w:r>
              <w:rPr>
                <w:lang w:val="nb-NO"/>
              </w:rPr>
              <w:t>, Lykke, Anja, Marie</w:t>
            </w:r>
          </w:p>
        </w:tc>
      </w:tr>
      <w:tr w:rsidR="00C9190F" w:rsidRPr="00C9190F" w14:paraId="0E3535F0" w14:textId="77777777" w:rsidTr="00C9190F">
        <w:trPr>
          <w:trHeight w:val="285"/>
        </w:trPr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hideMark/>
          </w:tcPr>
          <w:p w14:paraId="478141CF" w14:textId="77777777" w:rsidR="00C9190F" w:rsidRPr="00C9190F" w:rsidRDefault="00C9190F" w:rsidP="00C9190F">
            <w:pPr>
              <w:rPr>
                <w:lang w:val="nb-NO"/>
              </w:rPr>
            </w:pPr>
            <w:r w:rsidRPr="00C9190F">
              <w:rPr>
                <w:b/>
                <w:bCs/>
                <w:lang w:val="nb-NO"/>
              </w:rPr>
              <w:t>Referent:</w:t>
            </w:r>
            <w:r w:rsidRPr="00C9190F">
              <w:rPr>
                <w:lang w:val="nb-NO"/>
              </w:rPr>
              <w:t>  </w:t>
            </w:r>
          </w:p>
        </w:tc>
        <w:tc>
          <w:tcPr>
            <w:tcW w:w="778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C6804F" w14:textId="143EFCE9" w:rsidR="00C9190F" w:rsidRPr="00C9190F" w:rsidRDefault="00EA6F0D" w:rsidP="00C9190F">
            <w:pPr>
              <w:rPr>
                <w:lang w:val="nb-NO"/>
              </w:rPr>
            </w:pPr>
            <w:r>
              <w:rPr>
                <w:lang w:val="nb-NO"/>
              </w:rPr>
              <w:t>Mona</w:t>
            </w:r>
          </w:p>
        </w:tc>
      </w:tr>
    </w:tbl>
    <w:p w14:paraId="2F31535B" w14:textId="5ED89E58" w:rsidR="00C9190F" w:rsidRPr="00C9190F" w:rsidRDefault="00C9190F" w:rsidP="00C9190F">
      <w:pPr>
        <w:rPr>
          <w:lang w:val="nb-NO"/>
        </w:rPr>
      </w:pPr>
      <w:r w:rsidRPr="00C9190F">
        <w:rPr>
          <w:lang w:val="nb-NO"/>
        </w:rPr>
        <w:t>   </w:t>
      </w:r>
    </w:p>
    <w:tbl>
      <w:tblPr>
        <w:tblW w:w="86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5688"/>
        <w:gridCol w:w="2162"/>
      </w:tblGrid>
      <w:tr w:rsidR="00C9190F" w:rsidRPr="00C9190F" w14:paraId="2E903C87" w14:textId="77777777" w:rsidTr="00846B3E">
        <w:trPr>
          <w:trHeight w:val="285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2578CE6" w14:textId="77777777" w:rsidR="00C9190F" w:rsidRPr="00C9190F" w:rsidRDefault="00C9190F" w:rsidP="00C9190F">
            <w:pPr>
              <w:rPr>
                <w:lang w:val="nb-NO"/>
              </w:rPr>
            </w:pPr>
            <w:r w:rsidRPr="00C9190F">
              <w:rPr>
                <w:b/>
                <w:bCs/>
                <w:lang w:val="nb-NO"/>
              </w:rPr>
              <w:t>Sak:</w:t>
            </w:r>
            <w:r w:rsidRPr="00C9190F">
              <w:rPr>
                <w:lang w:val="nb-NO"/>
              </w:rPr>
              <w:t>  </w:t>
            </w:r>
          </w:p>
        </w:tc>
        <w:tc>
          <w:tcPr>
            <w:tcW w:w="5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FCF0D9" w14:textId="00F1FF37" w:rsidR="00C9190F" w:rsidRPr="00C9190F" w:rsidRDefault="00C9190F" w:rsidP="00C9190F">
            <w:pPr>
              <w:rPr>
                <w:lang w:val="nb-NO"/>
              </w:rPr>
            </w:pPr>
            <w:proofErr w:type="spellStart"/>
            <w:r w:rsidRPr="00C9190F">
              <w:rPr>
                <w:b/>
                <w:bCs/>
              </w:rPr>
              <w:t>Innhold</w:t>
            </w:r>
            <w:proofErr w:type="spellEnd"/>
            <w:r w:rsidRPr="00C9190F">
              <w:rPr>
                <w:b/>
                <w:bCs/>
              </w:rPr>
              <w:t>/</w:t>
            </w:r>
            <w:proofErr w:type="spellStart"/>
            <w:r w:rsidRPr="00C9190F">
              <w:rPr>
                <w:b/>
                <w:bCs/>
              </w:rPr>
              <w:t>tema</w:t>
            </w:r>
            <w:proofErr w:type="spellEnd"/>
            <w:r w:rsidRPr="00C9190F">
              <w:t> </w:t>
            </w:r>
            <w:r w:rsidRPr="00C9190F">
              <w:rPr>
                <w:lang w:val="nb-NO"/>
              </w:rPr>
              <w:t> 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B06143" w14:textId="77777777" w:rsidR="00C9190F" w:rsidRPr="00C9190F" w:rsidRDefault="00C9190F" w:rsidP="00C9190F">
            <w:pPr>
              <w:rPr>
                <w:lang w:val="nb-NO"/>
              </w:rPr>
            </w:pPr>
            <w:r w:rsidRPr="00C9190F">
              <w:rPr>
                <w:b/>
                <w:bCs/>
              </w:rPr>
              <w:t>Ansvar/</w:t>
            </w:r>
            <w:proofErr w:type="spellStart"/>
            <w:r w:rsidRPr="00C9190F">
              <w:rPr>
                <w:b/>
                <w:bCs/>
              </w:rPr>
              <w:t>frist</w:t>
            </w:r>
            <w:proofErr w:type="spellEnd"/>
            <w:r w:rsidRPr="00C9190F">
              <w:t> </w:t>
            </w:r>
            <w:r w:rsidRPr="00C9190F">
              <w:rPr>
                <w:lang w:val="nb-NO"/>
              </w:rPr>
              <w:t> </w:t>
            </w:r>
          </w:p>
        </w:tc>
      </w:tr>
      <w:tr w:rsidR="00C9190F" w:rsidRPr="00C9190F" w14:paraId="546F35E4" w14:textId="77777777" w:rsidTr="00846B3E">
        <w:trPr>
          <w:trHeight w:val="285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6EE42D" w14:textId="77777777" w:rsidR="00C9190F" w:rsidRPr="00C9190F" w:rsidRDefault="00C9190F" w:rsidP="00C9190F">
            <w:pPr>
              <w:rPr>
                <w:lang w:val="nb-NO"/>
              </w:rPr>
            </w:pPr>
            <w:r w:rsidRPr="00C9190F">
              <w:rPr>
                <w:lang w:val="nb-NO"/>
              </w:rPr>
              <w:t>1  </w:t>
            </w:r>
          </w:p>
        </w:tc>
        <w:tc>
          <w:tcPr>
            <w:tcW w:w="5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38D087" w14:textId="77777777" w:rsidR="00C9190F" w:rsidRDefault="00846B3E" w:rsidP="00C9190F">
            <w:pPr>
              <w:rPr>
                <w:b/>
                <w:bCs/>
                <w:lang w:val="nb-NO"/>
              </w:rPr>
            </w:pPr>
            <w:r w:rsidRPr="00846B3E">
              <w:rPr>
                <w:b/>
                <w:bCs/>
                <w:lang w:val="nb-NO"/>
              </w:rPr>
              <w:t>Referat fra forrige møte</w:t>
            </w:r>
          </w:p>
          <w:p w14:paraId="2237E1F9" w14:textId="527FB22B" w:rsidR="00846B3E" w:rsidRPr="00846B3E" w:rsidRDefault="00846B3E" w:rsidP="00C9190F">
            <w:pPr>
              <w:rPr>
                <w:b/>
                <w:bCs/>
                <w:lang w:val="nb-NO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148CEC" w14:textId="7586A2DB" w:rsidR="00C9190F" w:rsidRPr="00C9190F" w:rsidRDefault="00C9190F" w:rsidP="00C9190F"/>
        </w:tc>
      </w:tr>
      <w:tr w:rsidR="00C9190F" w:rsidRPr="00EA6F0D" w14:paraId="71B83B47" w14:textId="77777777" w:rsidTr="00846B3E">
        <w:trPr>
          <w:trHeight w:val="285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7344D8" w14:textId="77777777" w:rsidR="00C9190F" w:rsidRPr="00C9190F" w:rsidRDefault="00C9190F" w:rsidP="00C9190F">
            <w:pPr>
              <w:rPr>
                <w:lang w:val="nb-NO"/>
              </w:rPr>
            </w:pPr>
            <w:r w:rsidRPr="00C9190F">
              <w:rPr>
                <w:lang w:val="nb-NO"/>
              </w:rPr>
              <w:t>2  </w:t>
            </w:r>
          </w:p>
        </w:tc>
        <w:tc>
          <w:tcPr>
            <w:tcW w:w="5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39B094" w14:textId="77777777" w:rsidR="00C9190F" w:rsidRDefault="00846B3E" w:rsidP="00C9190F">
            <w:pPr>
              <w:rPr>
                <w:b/>
                <w:bCs/>
                <w:lang w:val="nb-NO"/>
              </w:rPr>
            </w:pPr>
            <w:r w:rsidRPr="00846B3E">
              <w:rPr>
                <w:b/>
                <w:bCs/>
                <w:lang w:val="nb-NO"/>
              </w:rPr>
              <w:t>Nye saker fra trinnene og/eller andre på skolen (rektor)</w:t>
            </w:r>
          </w:p>
          <w:p w14:paraId="7A59AA81" w14:textId="24E03041" w:rsidR="00EA6F0D" w:rsidRPr="00EA6F0D" w:rsidRDefault="00EA6F0D" w:rsidP="00C9190F">
            <w:pPr>
              <w:rPr>
                <w:lang w:val="nb-NO"/>
              </w:rPr>
            </w:pPr>
            <w:r w:rsidRPr="00EA6F0D">
              <w:rPr>
                <w:lang w:val="nb-NO"/>
              </w:rPr>
              <w:t xml:space="preserve">Viktig at representantene har et møte med sine i forkant av neste møte i uke 37. Alle fikk utdelt et </w:t>
            </w:r>
            <w:proofErr w:type="spellStart"/>
            <w:r w:rsidRPr="00EA6F0D">
              <w:rPr>
                <w:lang w:val="nb-NO"/>
              </w:rPr>
              <w:t>årshjul</w:t>
            </w:r>
            <w:proofErr w:type="spellEnd"/>
            <w:r w:rsidRPr="00EA6F0D">
              <w:rPr>
                <w:lang w:val="nb-NO"/>
              </w:rPr>
              <w:t xml:space="preserve"> som det kan fylles forslag inn på.</w:t>
            </w:r>
          </w:p>
          <w:p w14:paraId="681AC410" w14:textId="77777777" w:rsidR="00846B3E" w:rsidRDefault="00EA6F0D" w:rsidP="00C9190F">
            <w:pPr>
              <w:rPr>
                <w:lang w:val="nb-NO"/>
              </w:rPr>
            </w:pPr>
            <w:r w:rsidRPr="00EA6F0D">
              <w:rPr>
                <w:lang w:val="nb-NO"/>
              </w:rPr>
              <w:t>Vi skal se gjennom «</w:t>
            </w:r>
            <w:r w:rsidRPr="00EA6F0D">
              <w:rPr>
                <w:b/>
                <w:bCs/>
                <w:lang w:val="nb-NO"/>
              </w:rPr>
              <w:t>slik vil vi ha det» - regler for Ve skole og</w:t>
            </w:r>
            <w:r>
              <w:rPr>
                <w:lang w:val="nb-NO"/>
              </w:rPr>
              <w:t xml:space="preserve"> komme med tilbakemelding til Andreas.</w:t>
            </w:r>
          </w:p>
          <w:p w14:paraId="3A0D19C0" w14:textId="77777777" w:rsidR="00EA6F0D" w:rsidRDefault="00EA6F0D" w:rsidP="00C9190F">
            <w:pPr>
              <w:rPr>
                <w:lang w:val="nb-NO"/>
              </w:rPr>
            </w:pPr>
            <w:r>
              <w:rPr>
                <w:lang w:val="nb-NO"/>
              </w:rPr>
              <w:t>Elevrådet valgte leder (Lykke 10. trinn), sekretær (Alfred 9. trinn) og økonomiansvarlig (</w:t>
            </w:r>
            <w:proofErr w:type="spellStart"/>
            <w:r>
              <w:rPr>
                <w:lang w:val="nb-NO"/>
              </w:rPr>
              <w:t>Thilo</w:t>
            </w:r>
            <w:proofErr w:type="spellEnd"/>
            <w:r>
              <w:rPr>
                <w:lang w:val="nb-NO"/>
              </w:rPr>
              <w:t xml:space="preserve"> 8. trinn). </w:t>
            </w:r>
          </w:p>
          <w:p w14:paraId="1F84BDB6" w14:textId="69F9B795" w:rsidR="00EA6F0D" w:rsidRPr="00EA6F0D" w:rsidRDefault="00EA6F0D" w:rsidP="00C9190F">
            <w:pPr>
              <w:rPr>
                <w:lang w:val="nb-NO"/>
              </w:rPr>
            </w:pPr>
            <w:r>
              <w:rPr>
                <w:lang w:val="nb-NO"/>
              </w:rPr>
              <w:t xml:space="preserve">Viktig at det er dere som representanter som driver elevrådet selv. Husk på alle møter og følg med i </w:t>
            </w:r>
            <w:proofErr w:type="spellStart"/>
            <w:r>
              <w:rPr>
                <w:lang w:val="nb-NO"/>
              </w:rPr>
              <w:t>classroom</w:t>
            </w:r>
            <w:proofErr w:type="spellEnd"/>
            <w:r>
              <w:rPr>
                <w:lang w:val="nb-NO"/>
              </w:rPr>
              <w:t xml:space="preserve"> (kode icnsnhh4). Her er det lagt ut info og maler for referat.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9D458A" w14:textId="77777777" w:rsidR="00C9190F" w:rsidRDefault="00C9190F" w:rsidP="00C9190F">
            <w:pPr>
              <w:rPr>
                <w:lang w:val="nb-NO"/>
              </w:rPr>
            </w:pPr>
          </w:p>
          <w:p w14:paraId="6B63B652" w14:textId="77777777" w:rsidR="00EA6F0D" w:rsidRDefault="00EA6F0D" w:rsidP="00C9190F">
            <w:pPr>
              <w:rPr>
                <w:lang w:val="nb-NO"/>
              </w:rPr>
            </w:pPr>
          </w:p>
          <w:p w14:paraId="4DD0A8E2" w14:textId="77777777" w:rsidR="00EA6F0D" w:rsidRDefault="00EA6F0D" w:rsidP="00C9190F">
            <w:pPr>
              <w:rPr>
                <w:lang w:val="nb-NO"/>
              </w:rPr>
            </w:pPr>
            <w:r>
              <w:rPr>
                <w:lang w:val="nb-NO"/>
              </w:rPr>
              <w:t>Alle</w:t>
            </w:r>
          </w:p>
          <w:p w14:paraId="65A583F0" w14:textId="77777777" w:rsidR="00EA6F0D" w:rsidRDefault="00EA6F0D" w:rsidP="00C9190F">
            <w:pPr>
              <w:rPr>
                <w:lang w:val="nb-NO"/>
              </w:rPr>
            </w:pPr>
          </w:p>
          <w:p w14:paraId="4BAD4E6D" w14:textId="77777777" w:rsidR="00EA6F0D" w:rsidRDefault="00EA6F0D" w:rsidP="00C9190F">
            <w:pPr>
              <w:rPr>
                <w:lang w:val="nb-NO"/>
              </w:rPr>
            </w:pPr>
            <w:r>
              <w:rPr>
                <w:lang w:val="nb-NO"/>
              </w:rPr>
              <w:t>Mona</w:t>
            </w:r>
          </w:p>
          <w:p w14:paraId="5ADDF9E6" w14:textId="77777777" w:rsidR="00EA6F0D" w:rsidRDefault="00EA6F0D" w:rsidP="00C9190F">
            <w:pPr>
              <w:rPr>
                <w:lang w:val="nb-NO"/>
              </w:rPr>
            </w:pPr>
          </w:p>
          <w:p w14:paraId="043BA22A" w14:textId="77777777" w:rsidR="00EA6F0D" w:rsidRDefault="00EA6F0D" w:rsidP="00C9190F">
            <w:pPr>
              <w:rPr>
                <w:lang w:val="nb-NO"/>
              </w:rPr>
            </w:pPr>
          </w:p>
          <w:p w14:paraId="7B91060F" w14:textId="77777777" w:rsidR="00EA6F0D" w:rsidRDefault="00EA6F0D" w:rsidP="00C9190F">
            <w:pPr>
              <w:rPr>
                <w:lang w:val="nb-NO"/>
              </w:rPr>
            </w:pPr>
          </w:p>
          <w:p w14:paraId="2CA2843F" w14:textId="02F38AA4" w:rsidR="00EA6F0D" w:rsidRPr="00C9190F" w:rsidRDefault="00EA6F0D" w:rsidP="00C9190F">
            <w:pPr>
              <w:rPr>
                <w:lang w:val="nb-NO"/>
              </w:rPr>
            </w:pPr>
            <w:r>
              <w:rPr>
                <w:lang w:val="nb-NO"/>
              </w:rPr>
              <w:t>Alle</w:t>
            </w:r>
          </w:p>
        </w:tc>
      </w:tr>
      <w:tr w:rsidR="00C9190F" w:rsidRPr="00EA6F0D" w14:paraId="3397A634" w14:textId="77777777" w:rsidTr="00846B3E">
        <w:trPr>
          <w:trHeight w:val="285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C6FD31" w14:textId="77777777" w:rsidR="00C9190F" w:rsidRPr="00C9190F" w:rsidRDefault="00C9190F" w:rsidP="00C9190F">
            <w:pPr>
              <w:rPr>
                <w:lang w:val="nb-NO"/>
              </w:rPr>
            </w:pPr>
            <w:r w:rsidRPr="00C9190F">
              <w:rPr>
                <w:lang w:val="nb-NO"/>
              </w:rPr>
              <w:t>3  </w:t>
            </w:r>
          </w:p>
        </w:tc>
        <w:tc>
          <w:tcPr>
            <w:tcW w:w="5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F7FFF1" w14:textId="77777777" w:rsidR="00C9190F" w:rsidRDefault="00846B3E" w:rsidP="00C9190F">
            <w:pPr>
              <w:rPr>
                <w:b/>
                <w:bCs/>
                <w:lang w:val="nb-NO"/>
              </w:rPr>
            </w:pPr>
            <w:r w:rsidRPr="00846B3E">
              <w:rPr>
                <w:b/>
                <w:bCs/>
                <w:lang w:val="nb-NO"/>
              </w:rPr>
              <w:t>Info fra ungdommens bystyre/andre utvalg</w:t>
            </w:r>
          </w:p>
          <w:p w14:paraId="535F5BE8" w14:textId="1CC5C3B9" w:rsidR="00846B3E" w:rsidRPr="00EA6F0D" w:rsidRDefault="00EA6F0D" w:rsidP="00C9190F">
            <w:pPr>
              <w:rPr>
                <w:lang w:val="nb-NO"/>
              </w:rPr>
            </w:pPr>
            <w:r w:rsidRPr="00EA6F0D">
              <w:rPr>
                <w:lang w:val="nb-NO"/>
              </w:rPr>
              <w:t>Alle u-trinn og videregående skoler i kommunen kan sende representant til ungdommens bystyre. Det skal være en samling 11-13.09 for disse. Viktig arena for å kunne påvirke. Ingen var interessert «der og da», men kan komme til Mona dersom det virker interessant.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AFC14E" w14:textId="32FA9435" w:rsidR="00C9190F" w:rsidRPr="00C9190F" w:rsidRDefault="00C9190F" w:rsidP="00C9190F">
            <w:pPr>
              <w:rPr>
                <w:lang w:val="nb-NO"/>
              </w:rPr>
            </w:pPr>
          </w:p>
        </w:tc>
      </w:tr>
      <w:tr w:rsidR="00C9190F" w:rsidRPr="00EA6F0D" w14:paraId="63CA29A1" w14:textId="77777777" w:rsidTr="00846B3E">
        <w:trPr>
          <w:trHeight w:val="285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BCFDCB3" w14:textId="77777777" w:rsidR="00C9190F" w:rsidRPr="00C9190F" w:rsidRDefault="00C9190F" w:rsidP="00C9190F">
            <w:pPr>
              <w:rPr>
                <w:lang w:val="nb-NO"/>
              </w:rPr>
            </w:pPr>
            <w:r w:rsidRPr="00C9190F">
              <w:rPr>
                <w:lang w:val="nb-NO"/>
              </w:rPr>
              <w:lastRenderedPageBreak/>
              <w:t>4 </w:t>
            </w:r>
          </w:p>
        </w:tc>
        <w:tc>
          <w:tcPr>
            <w:tcW w:w="5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EEB27E" w14:textId="77777777" w:rsidR="00C9190F" w:rsidRDefault="00846B3E" w:rsidP="00C9190F">
            <w:pPr>
              <w:rPr>
                <w:b/>
                <w:bCs/>
                <w:lang w:val="nb-NO"/>
              </w:rPr>
            </w:pPr>
            <w:proofErr w:type="spellStart"/>
            <w:r w:rsidRPr="00846B3E">
              <w:rPr>
                <w:b/>
                <w:bCs/>
                <w:lang w:val="nb-NO"/>
              </w:rPr>
              <w:t>Årshjulet</w:t>
            </w:r>
            <w:proofErr w:type="spellEnd"/>
            <w:r w:rsidRPr="00846B3E">
              <w:rPr>
                <w:b/>
                <w:bCs/>
                <w:lang w:val="nb-NO"/>
              </w:rPr>
              <w:t xml:space="preserve"> (status og nye planer)</w:t>
            </w:r>
          </w:p>
          <w:p w14:paraId="215BF5A4" w14:textId="662C8865" w:rsidR="00846B3E" w:rsidRPr="00EA6F0D" w:rsidRDefault="00EA6F0D" w:rsidP="00C9190F">
            <w:pPr>
              <w:rPr>
                <w:lang w:val="nb-NO"/>
              </w:rPr>
            </w:pPr>
            <w:r w:rsidRPr="00EA6F0D">
              <w:rPr>
                <w:lang w:val="nb-NO"/>
              </w:rPr>
              <w:t>Vi lager forslag til dette på neste møte. Kom opp forslag om fotballcup, aktivitetsdag og temadager (med premie)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ECDA9" w14:textId="77777777" w:rsidR="00C9190F" w:rsidRDefault="00C9190F" w:rsidP="00C9190F">
            <w:pPr>
              <w:rPr>
                <w:lang w:val="nb-NO"/>
              </w:rPr>
            </w:pPr>
          </w:p>
          <w:p w14:paraId="5FEB5FE1" w14:textId="125DF160" w:rsidR="00EA6F0D" w:rsidRPr="00C9190F" w:rsidRDefault="00EA6F0D" w:rsidP="00C9190F">
            <w:pPr>
              <w:rPr>
                <w:lang w:val="nb-NO"/>
              </w:rPr>
            </w:pPr>
            <w:r>
              <w:rPr>
                <w:lang w:val="nb-NO"/>
              </w:rPr>
              <w:t>Alle</w:t>
            </w:r>
          </w:p>
        </w:tc>
      </w:tr>
      <w:tr w:rsidR="00C9190F" w:rsidRPr="00EA6F0D" w14:paraId="481258F0" w14:textId="77777777" w:rsidTr="00846B3E">
        <w:trPr>
          <w:trHeight w:val="285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DABFF18" w14:textId="77777777" w:rsidR="00C9190F" w:rsidRPr="00C9190F" w:rsidRDefault="00C9190F" w:rsidP="00C9190F">
            <w:pPr>
              <w:rPr>
                <w:lang w:val="nb-NO"/>
              </w:rPr>
            </w:pPr>
            <w:r w:rsidRPr="00C9190F">
              <w:rPr>
                <w:lang w:val="nb-NO"/>
              </w:rPr>
              <w:t>5 </w:t>
            </w:r>
          </w:p>
        </w:tc>
        <w:tc>
          <w:tcPr>
            <w:tcW w:w="5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43928E" w14:textId="77777777" w:rsidR="00C9190F" w:rsidRDefault="00846B3E" w:rsidP="00C9190F">
            <w:pPr>
              <w:rPr>
                <w:b/>
                <w:bCs/>
                <w:lang w:val="nb-NO"/>
              </w:rPr>
            </w:pPr>
            <w:r w:rsidRPr="00846B3E">
              <w:rPr>
                <w:b/>
                <w:bCs/>
                <w:lang w:val="nb-NO"/>
              </w:rPr>
              <w:t>Eventuelt</w:t>
            </w:r>
          </w:p>
          <w:p w14:paraId="74163AF4" w14:textId="30051AEE" w:rsidR="00EA6F0D" w:rsidRDefault="00EA6F0D" w:rsidP="00C9190F">
            <w:pPr>
              <w:rPr>
                <w:lang w:val="nb-NO"/>
              </w:rPr>
            </w:pPr>
            <w:r w:rsidRPr="00EA6F0D">
              <w:rPr>
                <w:lang w:val="nb-NO"/>
              </w:rPr>
              <w:t xml:space="preserve">Vi lager en infovegg på glassvindu i kantine. Her legger vi ut info om det vi holder på med. </w:t>
            </w:r>
          </w:p>
          <w:p w14:paraId="1FE989A2" w14:textId="3E486C89" w:rsidR="00EA6F0D" w:rsidRPr="00EA6F0D" w:rsidRDefault="00EA6F0D" w:rsidP="00C9190F">
            <w:pPr>
              <w:rPr>
                <w:lang w:val="nb-NO"/>
              </w:rPr>
            </w:pPr>
            <w:r>
              <w:rPr>
                <w:lang w:val="nb-NO"/>
              </w:rPr>
              <w:t xml:space="preserve">Vi tok bilde av elevrådet og de blir presentert på hjemmesiden. </w:t>
            </w:r>
          </w:p>
          <w:p w14:paraId="2DF34B78" w14:textId="18B6160B" w:rsidR="00846B3E" w:rsidRPr="00846B3E" w:rsidRDefault="00846B3E" w:rsidP="00C9190F">
            <w:pPr>
              <w:rPr>
                <w:b/>
                <w:bCs/>
                <w:lang w:val="nb-NO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0233F5" w14:textId="77777777" w:rsidR="00C9190F" w:rsidRDefault="00C9190F" w:rsidP="00C9190F">
            <w:pPr>
              <w:rPr>
                <w:lang w:val="nb-NO"/>
              </w:rPr>
            </w:pPr>
          </w:p>
          <w:p w14:paraId="5A4C5D7C" w14:textId="77777777" w:rsidR="00EA6F0D" w:rsidRDefault="00EA6F0D" w:rsidP="00C9190F">
            <w:pPr>
              <w:rPr>
                <w:lang w:val="nb-NO"/>
              </w:rPr>
            </w:pPr>
            <w:r>
              <w:rPr>
                <w:lang w:val="nb-NO"/>
              </w:rPr>
              <w:t>Anja lager «overskrift»</w:t>
            </w:r>
          </w:p>
          <w:p w14:paraId="4B9139DC" w14:textId="77777777" w:rsidR="00EA6F0D" w:rsidRDefault="00EA6F0D" w:rsidP="00C9190F">
            <w:pPr>
              <w:rPr>
                <w:lang w:val="nb-NO"/>
              </w:rPr>
            </w:pPr>
          </w:p>
          <w:p w14:paraId="55F2361A" w14:textId="261A7151" w:rsidR="00EA6F0D" w:rsidRPr="00C9190F" w:rsidRDefault="00EA6F0D" w:rsidP="00C9190F">
            <w:pPr>
              <w:rPr>
                <w:lang w:val="nb-NO"/>
              </w:rPr>
            </w:pPr>
            <w:r>
              <w:rPr>
                <w:lang w:val="nb-NO"/>
              </w:rPr>
              <w:t>Mona</w:t>
            </w:r>
          </w:p>
        </w:tc>
      </w:tr>
      <w:tr w:rsidR="00846B3E" w:rsidRPr="00EA6F0D" w14:paraId="4D0F7382" w14:textId="77777777" w:rsidTr="00846B3E">
        <w:trPr>
          <w:trHeight w:val="285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ACFB7B" w14:textId="64CF1DDD" w:rsidR="00846B3E" w:rsidRPr="00C9190F" w:rsidRDefault="00846B3E" w:rsidP="00C9190F">
            <w:pPr>
              <w:rPr>
                <w:lang w:val="nb-NO"/>
              </w:rPr>
            </w:pPr>
            <w:r>
              <w:rPr>
                <w:lang w:val="nb-NO"/>
              </w:rPr>
              <w:t>6</w:t>
            </w:r>
          </w:p>
        </w:tc>
        <w:tc>
          <w:tcPr>
            <w:tcW w:w="5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C0662F" w14:textId="77777777" w:rsidR="00846B3E" w:rsidRDefault="00846B3E" w:rsidP="00C9190F">
            <w:pPr>
              <w:rPr>
                <w:b/>
                <w:bCs/>
                <w:lang w:val="nb-NO"/>
              </w:rPr>
            </w:pPr>
            <w:r>
              <w:rPr>
                <w:b/>
                <w:bCs/>
                <w:lang w:val="nb-NO"/>
              </w:rPr>
              <w:t>Neste møte (dato og tid)</w:t>
            </w:r>
          </w:p>
          <w:p w14:paraId="654ECD12" w14:textId="13174907" w:rsidR="00EA6F0D" w:rsidRDefault="00EA6F0D" w:rsidP="00C9190F">
            <w:pPr>
              <w:rPr>
                <w:lang w:val="nb-NO"/>
              </w:rPr>
            </w:pPr>
            <w:r>
              <w:rPr>
                <w:lang w:val="nb-NO"/>
              </w:rPr>
              <w:t xml:space="preserve">Vi bestemte at møtene våre blir torsdager 11.30 og 2. hver uke nå i starten. </w:t>
            </w:r>
            <w:r w:rsidR="006A0A17">
              <w:rPr>
                <w:lang w:val="nb-NO"/>
              </w:rPr>
              <w:t>Møtes derfor torsdag 10.september 11.30.</w:t>
            </w:r>
          </w:p>
          <w:p w14:paraId="643855A7" w14:textId="08CD09B7" w:rsidR="00EA6F0D" w:rsidRPr="00EA6F0D" w:rsidRDefault="00EA6F0D" w:rsidP="00C9190F">
            <w:pPr>
              <w:rPr>
                <w:lang w:val="nb-NO"/>
              </w:rPr>
            </w:pPr>
            <w:r>
              <w:rPr>
                <w:lang w:val="nb-NO"/>
              </w:rPr>
              <w:t xml:space="preserve">I tillegg skal alle delta i felles elevrådssamling med </w:t>
            </w:r>
            <w:proofErr w:type="spellStart"/>
            <w:r>
              <w:rPr>
                <w:lang w:val="nb-NO"/>
              </w:rPr>
              <w:t>Vigvoll</w:t>
            </w:r>
            <w:proofErr w:type="spellEnd"/>
            <w:r>
              <w:rPr>
                <w:lang w:val="nb-NO"/>
              </w:rPr>
              <w:t xml:space="preserve">, </w:t>
            </w:r>
            <w:proofErr w:type="spellStart"/>
            <w:r>
              <w:rPr>
                <w:lang w:val="nb-NO"/>
              </w:rPr>
              <w:t>Haumyrheia</w:t>
            </w:r>
            <w:proofErr w:type="spellEnd"/>
            <w:r>
              <w:rPr>
                <w:lang w:val="nb-NO"/>
              </w:rPr>
              <w:t xml:space="preserve"> og Holte på Sukkevann i uke 41. Kommer tilbake med dato på dette.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A12C73" w14:textId="77777777" w:rsidR="00846B3E" w:rsidRDefault="00846B3E" w:rsidP="00C9190F">
            <w:pPr>
              <w:rPr>
                <w:lang w:val="nb-NO"/>
              </w:rPr>
            </w:pPr>
          </w:p>
          <w:p w14:paraId="458163B9" w14:textId="77777777" w:rsidR="00EA6F0D" w:rsidRDefault="00EA6F0D" w:rsidP="00C9190F">
            <w:pPr>
              <w:rPr>
                <w:lang w:val="nb-NO"/>
              </w:rPr>
            </w:pPr>
          </w:p>
          <w:p w14:paraId="745FDF20" w14:textId="77777777" w:rsidR="00EA6F0D" w:rsidRDefault="00EA6F0D" w:rsidP="00C9190F">
            <w:pPr>
              <w:rPr>
                <w:lang w:val="nb-NO"/>
              </w:rPr>
            </w:pPr>
          </w:p>
          <w:p w14:paraId="184A7F42" w14:textId="77777777" w:rsidR="00EA6F0D" w:rsidRDefault="00EA6F0D" w:rsidP="00C9190F">
            <w:pPr>
              <w:rPr>
                <w:lang w:val="nb-NO"/>
              </w:rPr>
            </w:pPr>
          </w:p>
          <w:p w14:paraId="603ADBCF" w14:textId="65FCCEB8" w:rsidR="00EA6F0D" w:rsidRPr="00C9190F" w:rsidRDefault="00EA6F0D" w:rsidP="00C9190F">
            <w:pPr>
              <w:rPr>
                <w:lang w:val="nb-NO"/>
              </w:rPr>
            </w:pPr>
            <w:r>
              <w:rPr>
                <w:lang w:val="nb-NO"/>
              </w:rPr>
              <w:t>Mona</w:t>
            </w:r>
          </w:p>
        </w:tc>
      </w:tr>
    </w:tbl>
    <w:p w14:paraId="67AE4F6E" w14:textId="77777777" w:rsidR="000C2729" w:rsidRPr="00C9190F" w:rsidRDefault="00000000">
      <w:pPr>
        <w:rPr>
          <w:rFonts w:ascii="Arial" w:hAnsi="Arial" w:cs="Arial"/>
          <w:b/>
          <w:bCs/>
          <w:sz w:val="28"/>
          <w:szCs w:val="28"/>
        </w:rPr>
      </w:pPr>
      <w:r w:rsidRPr="00C9190F">
        <w:rPr>
          <w:rFonts w:ascii="Arial" w:hAnsi="Arial" w:cs="Arial"/>
          <w:b/>
          <w:bCs/>
          <w:lang w:val="nb-NO"/>
        </w:rPr>
        <w:br/>
      </w:r>
      <w:r w:rsidRPr="00C9190F">
        <w:rPr>
          <w:rFonts w:ascii="Arial" w:hAnsi="Arial" w:cs="Arial"/>
          <w:b/>
          <w:bCs/>
          <w:sz w:val="28"/>
          <w:szCs w:val="28"/>
          <w:lang w:val="nb-NO"/>
        </w:rPr>
        <w:t xml:space="preserve">Takk for innsatsen! Sammen gjør vi skolen bedre. </w:t>
      </w:r>
      <w:r w:rsidRPr="00C9190F">
        <w:rPr>
          <w:rFonts w:ascii="Segoe UI Emoji" w:hAnsi="Segoe UI Emoji" w:cs="Segoe UI Emoji"/>
          <w:b/>
          <w:bCs/>
          <w:sz w:val="28"/>
          <w:szCs w:val="28"/>
        </w:rPr>
        <w:t>😊</w:t>
      </w:r>
    </w:p>
    <w:sectPr w:rsidR="000C2729" w:rsidRPr="00C9190F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4B49C" w14:textId="77777777" w:rsidR="00146D24" w:rsidRDefault="00146D24" w:rsidP="00C9190F">
      <w:pPr>
        <w:spacing w:after="0" w:line="240" w:lineRule="auto"/>
      </w:pPr>
      <w:r>
        <w:separator/>
      </w:r>
    </w:p>
  </w:endnote>
  <w:endnote w:type="continuationSeparator" w:id="0">
    <w:p w14:paraId="4F4A7396" w14:textId="77777777" w:rsidR="00146D24" w:rsidRDefault="00146D24" w:rsidP="00C91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86088" w14:textId="77777777" w:rsidR="00146D24" w:rsidRDefault="00146D24" w:rsidP="00C9190F">
      <w:pPr>
        <w:spacing w:after="0" w:line="240" w:lineRule="auto"/>
      </w:pPr>
      <w:r>
        <w:separator/>
      </w:r>
    </w:p>
  </w:footnote>
  <w:footnote w:type="continuationSeparator" w:id="0">
    <w:p w14:paraId="7A169636" w14:textId="77777777" w:rsidR="00146D24" w:rsidRDefault="00146D24" w:rsidP="00C91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BA2C9" w14:textId="00CF3C4F" w:rsidR="00C9190F" w:rsidRDefault="00C9190F">
    <w:pPr>
      <w:pStyle w:val="Topptekst"/>
    </w:pPr>
    <w:r>
      <w:rPr>
        <w:noProof/>
      </w:rPr>
      <w:drawing>
        <wp:inline distT="0" distB="0" distL="0" distR="0" wp14:anchorId="38E74CFB" wp14:editId="70D920BF">
          <wp:extent cx="876300" cy="800100"/>
          <wp:effectExtent l="0" t="0" r="0" b="0"/>
          <wp:docPr id="2137013452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  <w:t xml:space="preserve">Kristiansand </w:t>
    </w:r>
    <w:proofErr w:type="spellStart"/>
    <w:r>
      <w:t>kommune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D2345D"/>
    <w:multiLevelType w:val="hybridMultilevel"/>
    <w:tmpl w:val="220474C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824954">
    <w:abstractNumId w:val="8"/>
  </w:num>
  <w:num w:numId="2" w16cid:durableId="819806205">
    <w:abstractNumId w:val="6"/>
  </w:num>
  <w:num w:numId="3" w16cid:durableId="1167135065">
    <w:abstractNumId w:val="5"/>
  </w:num>
  <w:num w:numId="4" w16cid:durableId="1848249190">
    <w:abstractNumId w:val="4"/>
  </w:num>
  <w:num w:numId="5" w16cid:durableId="814950086">
    <w:abstractNumId w:val="7"/>
  </w:num>
  <w:num w:numId="6" w16cid:durableId="1823156189">
    <w:abstractNumId w:val="3"/>
  </w:num>
  <w:num w:numId="7" w16cid:durableId="1880244049">
    <w:abstractNumId w:val="2"/>
  </w:num>
  <w:num w:numId="8" w16cid:durableId="869875237">
    <w:abstractNumId w:val="1"/>
  </w:num>
  <w:num w:numId="9" w16cid:durableId="788744323">
    <w:abstractNumId w:val="0"/>
  </w:num>
  <w:num w:numId="10" w16cid:durableId="21355146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2729"/>
    <w:rsid w:val="00146D24"/>
    <w:rsid w:val="0015074B"/>
    <w:rsid w:val="0029639D"/>
    <w:rsid w:val="00326F90"/>
    <w:rsid w:val="006A0A17"/>
    <w:rsid w:val="00846B3E"/>
    <w:rsid w:val="00926816"/>
    <w:rsid w:val="00A13684"/>
    <w:rsid w:val="00AA1D8D"/>
    <w:rsid w:val="00B47730"/>
    <w:rsid w:val="00C9190F"/>
    <w:rsid w:val="00CB0664"/>
    <w:rsid w:val="00EA6F0D"/>
    <w:rsid w:val="00FC693F"/>
    <w:rsid w:val="00FE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5BE807"/>
  <w14:defaultImageDpi w14:val="300"/>
  <w15:docId w15:val="{BF72017E-86D0-4150-A5E3-A1DB935C0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18BF"/>
  </w:style>
  <w:style w:type="paragraph" w:styleId="Bunntekst">
    <w:name w:val="footer"/>
    <w:basedOn w:val="Normal"/>
    <w:link w:val="Bunn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18BF"/>
  </w:style>
  <w:style w:type="paragraph" w:styleId="Ingenmellomrom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vsnit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merertliste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merertliste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merertliste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Sitat">
    <w:name w:val="Quote"/>
    <w:basedOn w:val="Normal"/>
    <w:next w:val="Normal"/>
    <w:link w:val="SitatTegn"/>
    <w:uiPriority w:val="29"/>
    <w:qFormat/>
    <w:rsid w:val="00FC693F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erk">
    <w:name w:val="Strong"/>
    <w:basedOn w:val="Standardskriftforavsnitt"/>
    <w:uiPriority w:val="22"/>
    <w:qFormat/>
    <w:rsid w:val="00FC693F"/>
    <w:rPr>
      <w:b/>
      <w:bCs/>
    </w:rPr>
  </w:style>
  <w:style w:type="character" w:styleId="Utheving">
    <w:name w:val="Emphasis"/>
    <w:basedOn w:val="Standardskriftforavsnitt"/>
    <w:uiPriority w:val="20"/>
    <w:qFormat/>
    <w:rsid w:val="00FC693F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C693F"/>
    <w:rPr>
      <w:b/>
      <w:bCs/>
      <w:i/>
      <w:iCs/>
      <w:color w:val="4F81BD" w:themeColor="accent1"/>
    </w:rPr>
  </w:style>
  <w:style w:type="character" w:styleId="Svakutheving">
    <w:name w:val="Subtle Emphasis"/>
    <w:basedOn w:val="Standardskriftforavsnitt"/>
    <w:uiPriority w:val="19"/>
    <w:qFormat/>
    <w:rsid w:val="00FC693F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FC693F"/>
    <w:rPr>
      <w:b/>
      <w:bCs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FC693F"/>
    <w:rPr>
      <w:smallCaps/>
      <w:color w:val="C0504D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FC693F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lrutenett">
    <w:name w:val="Table Grid"/>
    <w:basedOn w:val="Vanlig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rutenett">
    <w:name w:val="Light Grid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ddelsskyggelegging1">
    <w:name w:val="Medium Shading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">
    <w:name w:val="Medium Lis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ddelsliste2">
    <w:name w:val="Medium Lis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ddelsrutenett2">
    <w:name w:val="Medium Grid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uthevingsfarge2">
    <w:name w:val="Dark List Accent 2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uthevingsfarge3">
    <w:name w:val="Dark List Accent 3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uthevingsfarge4">
    <w:name w:val="Dark List Accent 4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uthevingsfarge5">
    <w:name w:val="Dark List Accent 5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uthevingsfarge6">
    <w:name w:val="Dark List Accent 6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gerikskyggelegging">
    <w:name w:val="Colorful Shading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">
    <w:name w:val="Colorful List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geriktrutenett">
    <w:name w:val="Colorful Grid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1589</Characters>
  <Application>Microsoft Office Word</Application>
  <DocSecurity>0</DocSecurity>
  <Lines>13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Tviberg Hille</dc:creator>
  <cp:keywords/>
  <dc:description>generated by python-docx</dc:description>
  <cp:lastModifiedBy>Mona Tviberg Hille</cp:lastModifiedBy>
  <cp:revision>2</cp:revision>
  <dcterms:created xsi:type="dcterms:W3CDTF">2026-08-31T11:04:00Z</dcterms:created>
  <dcterms:modified xsi:type="dcterms:W3CDTF">2026-08-31T11:04:00Z</dcterms:modified>
  <cp:category/>
</cp:coreProperties>
</file>